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023F4" w14:textId="77777777" w:rsidR="00977FF3" w:rsidRDefault="007D0471">
      <w:r>
        <w:t>Subject: Request to Attend – 2027 Women in Banking Conference</w:t>
      </w:r>
    </w:p>
    <w:p w14:paraId="68CCE907" w14:textId="77777777" w:rsidR="003753F3" w:rsidRDefault="003753F3"/>
    <w:p w14:paraId="09600C6E" w14:textId="396813D0" w:rsidR="00977FF3" w:rsidRDefault="007D0471">
      <w:r>
        <w:t>Hi [Supervisor's Name],</w:t>
      </w:r>
    </w:p>
    <w:p w14:paraId="44C981B2" w14:textId="77777777" w:rsidR="00977FF3" w:rsidRDefault="007D0471">
      <w:r>
        <w:t>I'd like to request approval to attend the Texas Bankers Association's Women in Banking Conference, March 23–25, 2027, in Fredericksburg, Texas.</w:t>
      </w:r>
    </w:p>
    <w:p w14:paraId="01816A2D" w14:textId="77777777" w:rsidR="00977FF3" w:rsidRDefault="007D0471">
      <w:r>
        <w:t>The conference brings together women from banks across Texas for leadership development, professional growth and networking. I think it would be a valuable opportunity to gain new perspectives, strengthen my leadership skills and connect with other banking professionals who are facing similar challenges and opportunities.</w:t>
      </w:r>
    </w:p>
    <w:p w14:paraId="5CD2F206" w14:textId="77777777" w:rsidR="00977FF3" w:rsidRDefault="007D0471">
      <w:r>
        <w:t>A few benefits I hope to gain from attending include:</w:t>
      </w:r>
    </w:p>
    <w:p w14:paraId="239BBA6E" w14:textId="77777777" w:rsidR="00977FF3" w:rsidRDefault="007D0471">
      <w:pPr>
        <w:pStyle w:val="ListBullet"/>
      </w:pPr>
      <w:r>
        <w:rPr>
          <w:b/>
        </w:rPr>
        <w:t xml:space="preserve">Leadership Development: </w:t>
      </w:r>
      <w:r>
        <w:t>Learn practical strategies to become a more effective leader and continue growing in my role.</w:t>
      </w:r>
    </w:p>
    <w:p w14:paraId="284BE2A2" w14:textId="77777777" w:rsidR="00977FF3" w:rsidRDefault="007D0471">
      <w:pPr>
        <w:pStyle w:val="ListBullet"/>
      </w:pPr>
      <w:r>
        <w:rPr>
          <w:b/>
        </w:rPr>
        <w:t xml:space="preserve">Industry Connections: </w:t>
      </w:r>
      <w:r>
        <w:t>Build relationships with women across Texas banking to exchange ideas, share best practices and develop a network of professional resources.</w:t>
      </w:r>
    </w:p>
    <w:p w14:paraId="02421E12" w14:textId="77777777" w:rsidR="00977FF3" w:rsidRDefault="007D0471">
      <w:pPr>
        <w:pStyle w:val="ListBullet"/>
      </w:pPr>
      <w:r>
        <w:rPr>
          <w:b/>
        </w:rPr>
        <w:t xml:space="preserve">Practical Takeaways: </w:t>
      </w:r>
      <w:r>
        <w:t>Bring back new ideas and strategies that I can apply in my role and share with our team.</w:t>
      </w:r>
    </w:p>
    <w:p w14:paraId="3D885B60" w14:textId="77777777" w:rsidR="00977FF3" w:rsidRDefault="007D0471">
      <w:pPr>
        <w:pStyle w:val="ListBullet"/>
      </w:pPr>
      <w:r>
        <w:rPr>
          <w:b/>
        </w:rPr>
        <w:t xml:space="preserve">Professional Growth: </w:t>
      </w:r>
      <w:r>
        <w:t>Gain fresh perspectives on navigating challenges, building confidence and preparing for future opportunities.</w:t>
      </w:r>
    </w:p>
    <w:p w14:paraId="33264C9E" w14:textId="77777777" w:rsidR="00977FF3" w:rsidRDefault="007D0471">
      <w:r>
        <w:rPr>
          <w:b/>
        </w:rPr>
        <w:t>Estimated Cost:</w:t>
      </w:r>
    </w:p>
    <w:p w14:paraId="5F56129A" w14:textId="77777777" w:rsidR="00977FF3" w:rsidRDefault="007D0471">
      <w:pPr>
        <w:ind w:left="360"/>
      </w:pPr>
      <w:r>
        <w:t>Registration: $[Amount]</w:t>
      </w:r>
    </w:p>
    <w:p w14:paraId="0414898C" w14:textId="77777777" w:rsidR="00977FF3" w:rsidRDefault="007D0471">
      <w:pPr>
        <w:ind w:left="360"/>
      </w:pPr>
      <w:r>
        <w:t>Hotel: $[Amount]</w:t>
      </w:r>
    </w:p>
    <w:p w14:paraId="22ED6D0B" w14:textId="77777777" w:rsidR="00977FF3" w:rsidRDefault="007D0471">
      <w:pPr>
        <w:ind w:left="360"/>
      </w:pPr>
      <w:r>
        <w:t>Travel and Meals: $[Amount]</w:t>
      </w:r>
    </w:p>
    <w:p w14:paraId="097D06C8" w14:textId="77777777" w:rsidR="00977FF3" w:rsidRDefault="007D0471">
      <w:pPr>
        <w:ind w:left="360"/>
      </w:pPr>
      <w:r>
        <w:rPr>
          <w:b/>
        </w:rPr>
        <w:t>Total Estimated Investment: $[Amount]</w:t>
      </w:r>
    </w:p>
    <w:p w14:paraId="1C79DA96" w14:textId="77777777" w:rsidR="00977FF3" w:rsidRDefault="007D0471">
      <w:r>
        <w:t>Following the conference, I'd be happy to share key takeaways and recommendations with our team so others can benefit from what I've learned.</w:t>
      </w:r>
    </w:p>
    <w:p w14:paraId="09C35B40" w14:textId="77777777" w:rsidR="00977FF3" w:rsidRDefault="007D0471">
      <w:r>
        <w:t>I believe this would be a worthwhile investment in my professional development and the value I bring to [Bank Name].</w:t>
      </w:r>
    </w:p>
    <w:p w14:paraId="269066EA" w14:textId="77777777" w:rsidR="00977FF3" w:rsidRDefault="007D0471">
      <w:r>
        <w:t>Thank you for considering my request!</w:t>
      </w:r>
    </w:p>
    <w:p w14:paraId="0CC8EF7C" w14:textId="77777777" w:rsidR="00977FF3" w:rsidRDefault="007D0471">
      <w:r>
        <w:t>[Your Name]</w:t>
      </w:r>
    </w:p>
    <w:p w14:paraId="13981EAC" w14:textId="77777777" w:rsidR="00977FF3" w:rsidRDefault="007D0471">
      <w:r>
        <w:t>Conference Details: https://www.texasbankers.com/event/women-in-banking-conference/</w:t>
      </w:r>
    </w:p>
    <w:sectPr w:rsidR="00977FF3" w:rsidSect="00034616">
      <w:pgSz w:w="12240" w:h="15840"/>
      <w:pgMar w:top="835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1054318">
    <w:abstractNumId w:val="8"/>
  </w:num>
  <w:num w:numId="2" w16cid:durableId="1285505877">
    <w:abstractNumId w:val="6"/>
  </w:num>
  <w:num w:numId="3" w16cid:durableId="1924559953">
    <w:abstractNumId w:val="5"/>
  </w:num>
  <w:num w:numId="4" w16cid:durableId="2066559736">
    <w:abstractNumId w:val="4"/>
  </w:num>
  <w:num w:numId="5" w16cid:durableId="1923293799">
    <w:abstractNumId w:val="7"/>
  </w:num>
  <w:num w:numId="6" w16cid:durableId="520052258">
    <w:abstractNumId w:val="3"/>
  </w:num>
  <w:num w:numId="7" w16cid:durableId="9449653">
    <w:abstractNumId w:val="2"/>
  </w:num>
  <w:num w:numId="8" w16cid:durableId="1389456845">
    <w:abstractNumId w:val="1"/>
  </w:num>
  <w:num w:numId="9" w16cid:durableId="160676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3244"/>
    <w:rsid w:val="003753F3"/>
    <w:rsid w:val="007D0471"/>
    <w:rsid w:val="00977FF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101ED1"/>
  <w14:defaultImageDpi w14:val="300"/>
  <w15:docId w15:val="{3C45EDF9-E65F-42D8-9610-E24CC2EE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9C919E484834CB8D79CC921A5721D" ma:contentTypeVersion="19" ma:contentTypeDescription="Create a new document." ma:contentTypeScope="" ma:versionID="9cba593d284a97375c2ce01b154d623e">
  <xsd:schema xmlns:xsd="http://www.w3.org/2001/XMLSchema" xmlns:xs="http://www.w3.org/2001/XMLSchema" xmlns:p="http://schemas.microsoft.com/office/2006/metadata/properties" xmlns:ns2="12910036-0a58-4dec-a69b-823152f1be5a" xmlns:ns3="7a9f5ad5-d83f-49d5-9c42-b015609f4ce8" targetNamespace="http://schemas.microsoft.com/office/2006/metadata/properties" ma:root="true" ma:fieldsID="dbca66fd780de56d4f8f99f50533c4e3" ns2:_="" ns3:_="">
    <xsd:import namespace="12910036-0a58-4dec-a69b-823152f1be5a"/>
    <xsd:import namespace="7a9f5ad5-d83f-49d5-9c42-b015609f4c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10036-0a58-4dec-a69b-823152f1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755885-7226-456a-89c8-64b9ca7016ba}" ma:internalName="TaxCatchAll" ma:showField="CatchAllData" ma:web="12910036-0a58-4dec-a69b-823152f1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f5ad5-d83f-49d5-9c42-b015609f4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8cc156-7c66-44eb-b1c9-f310e18a19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9f5ad5-d83f-49d5-9c42-b015609f4ce8">
      <Terms xmlns="http://schemas.microsoft.com/office/infopath/2007/PartnerControls"/>
    </lcf76f155ced4ddcb4097134ff3c332f>
    <TaxCatchAll xmlns="12910036-0a58-4dec-a69b-823152f1be5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3F72B3-2989-447A-BC05-12194943B6B5}"/>
</file>

<file path=customXml/itemProps3.xml><?xml version="1.0" encoding="utf-8"?>
<ds:datastoreItem xmlns:ds="http://schemas.openxmlformats.org/officeDocument/2006/customXml" ds:itemID="{B14A693C-D636-4943-94D3-A81E61784C7E}"/>
</file>

<file path=customXml/itemProps4.xml><?xml version="1.0" encoding="utf-8"?>
<ds:datastoreItem xmlns:ds="http://schemas.openxmlformats.org/officeDocument/2006/customXml" ds:itemID="{83306A8B-7C01-4EAD-9F85-DC15B88A7F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1416</Characters>
  <Application>Microsoft Office Word</Application>
  <DocSecurity>0</DocSecurity>
  <Lines>30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Houston</cp:lastModifiedBy>
  <cp:revision>2</cp:revision>
  <dcterms:created xsi:type="dcterms:W3CDTF">2026-10-13T19:46:00Z</dcterms:created>
  <dcterms:modified xsi:type="dcterms:W3CDTF">2026-10-13T19:46:00Z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0x0101006659C919E484834CB8D79CC921A5721D</vt:lpwstr>
  </property>
</Properties>
</file>